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מומלצות ולא מומלצות בראיון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קול והתנהגות נכונה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עושים או לא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מראה ביטחון וענין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לדבר בבירור כדי שישמעו וידעו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נראה חוסר עניין וכבוד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להניח אותן בצורה טבעית ורגועה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גב זקוף וכתפיים פתוחות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עושים או 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עושים)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להתלבש בצורה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להגיע או להתחבר כמה דקות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לשבת בישיבה זקופה וליצור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לענות בקול ברור ובביטחון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 גוף טובה כוללת ישיבה זקופה, קשר עין וחיוך. שפת גוף לא טובה כוללת כפיפות, הימנעות ממבט והתעסקות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שלוש עצות רלוונטיות הקשורות לשפת גוף וקול, כמו קשר עין, ישיבה זקופה ודיבור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מהעושים שנלמדו, כמו קשר עין או ישיבה זקופה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אחת מהלא-עושים שנלמדו, כמו מלמול או הסתכלות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שבדיקה מראש מונעת תקלות ומשפרת 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קצר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לדלג על הפריטים המסומנים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עושים / לא עושים בראיון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עוסק בדברים שכדאי ולא כדאי לעשות בראיון עבודה, הן בראיון רגיל והן בראיון מקוון, כולל שפת גוף, קול והתנהגות כללית.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עושים או לא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ליצור קשר עין עם המראיין או המראיינת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למלמל בשקט כשעונים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להסתכל כל הזמן בטלפון במהלך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עדיף לעשות עם הידיים בזמן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להניח אותן בצורה טבעית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להסתיר אותן מתחת לשולחן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בעט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יציבת גוף משדרת ביטחון?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גב כפוף וראש מורכן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 זקוף וכתפיים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שכיבה על הכיסא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עושים או לא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מלמול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בדיקת מצלמה ומיקרופון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הסתכלות מתמדת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לענות בקול ברור ובביטחון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לשבת בישיבה זקופה וליצור קשר 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להתלבש בצורה מסודרת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להגיע או להתחבר כמה דקות לפני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בשתי משפטים מה ההבדל בין שפת גוף טובה לשפת גוף לא טובה בראיון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מראיינים מישהו לעבודה. כתבו שלוש עצות שהייתם נותנים לו לגבי שפת גוף וקול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מההתנהגויות שכדאי לעשות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מההתנהגויות שכדאי להימנע מהן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עושים / לא עושים בראיון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