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מומלצות ולא מומלצות בראיון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קול והתנהגות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עושים או לא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מראה ביטחון וענין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לדבר בבירור כדי שישמעו וידעו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נמנעים מתקלות טכניות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נראה חוסר עניין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יציבה זקופה נראית בטוחה ורצינית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רקע מסודר משאיר רושם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להניח אותן בצורה טבעית ורגועה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גב זקוף וכתפיים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לבדוק חיבור אינטרנט ותאורה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בקול ברור ובקצב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להסתכל כל הזמן בטלפון הנייד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לשבת במקום שקט ומואר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עושים או 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ציוד המחשב והחיבור לאינטרנט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להתלבש בצורה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להגיע או להתחבר כמה דקות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לשבת בישיבה זקופה וליצור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לענות בקול ברור ובביטחון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 גוף טובה כוללת ישיבה זקופה, קשר עין וחיוך. שפת גוף לא טובה כוללת כפיפות, הימנעות ממבט והתעסקות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לבדוק את המצלמה והתאורה מראש, ולשבת במקום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עצות רלוונטיות הקשורות לשפת גוף וקול, כמו קשר עין, ישיבה זקופה ודיבור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ביטחון עצמי משפיע על הרושם הראשוני ועל האופן שבו המראיין תופס את המועמד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מהעושים שנלמדו, כמו קשר עין או ישיבה זקופה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מהלא-עושים שנלמדו, כמו מלמול או הסתכלות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שבדיקה מראש מונעת תקלות ומשפרת 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קצר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טוב לעשות ומה לא טוב לעשות כשיש ראיון עבודה, גם ראיון רגיל וגם ראיון דרך המחשב.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הגוף שלנו נראה ומתנהג - ישיבה, ידיים, 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בעיניים של האדם שמדבר 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יושבים או עומדים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טון 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והעוצמה שבהם 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ריאיון מקוון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שמתקיים דרך מחשב או טלפון חכם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הראשונה שמשאירים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מלמול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לא ברור וחלש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עושים או לא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ליצור קשר עין עם המראיין או המראיינת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למלמל בשקט כשעונים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כדאי לבדוק מראש את המצלמה והמיקרופון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להסתכל כל הזמן בטלפון במהלך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זקופה משדרת ביטחון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להגיע לראיון מקוון בלי להתכונן לרקע מסביב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כדאי לעשות עם הידיים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להניח אותן בצורה טבעית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להסתיר אותן מתחת לשולחן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בעט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להצליב אותן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כדאי לשבת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 כפוף וראש מורכן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 זקוף וכתפיים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שכיבה על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תנועה מתמדת ברגליים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לפני ראיון דרך המחשב?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חיבור אינטרנט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לכבות את המצלמה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להתחיל בלי לבדוק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כדאי לדבר כשעונים?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בקול ברור ובקצב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בלחישה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במהירות רבה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להסתכל על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טוב לעשות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בבהירות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כל הזמן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לחייך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בראיון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במקום שקט ומואר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לשבת ברקע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להשאיר את המיקרופון מושתק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להסתכל במצלמה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עושים או לא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מלמול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בדיקת מצלמה ומיקרופון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הסתכלות מתמדת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ישיבה זקופה ורגועה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להתלבש בצורה מסודרת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בקול ברור ובביטחון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לשבת בישיבה זקופה וליצור קשר 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או להתחבר כמה דקות לפני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ציוד המחשב והחיבור לאינטרנט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בשתי משפטים מה ההבדל בין שפת גוף טובה לשפת גוף לא טובה בראיון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עצות שהייתם נותנים לחבר לפני ראיון מקוון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מראיינים מישהו לעבודה. כתבו שלוש עצות שהייתם נותנים לו לגבי שפת גוף וקול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להיראות בטוחים בעצמנו בראיון עבודה?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מההתנהגויות שכדאי לעשות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מההתנהגויות שכדאי להימנע מהן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המצלמה והמיקרופון לפני ראיון מקוון?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עושים / לא עושים בראיון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