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עושים / לא עושים בראיון עבודה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התנהגויות מומלצות ולא מומלצות בראיון 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ההבדלים בין ראיון רגיל לראיון מקוון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שפת גוף, קול והתנהגות נכונה בראיון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עושים או לא עושים?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קשר עין מראה ביטחון וענין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צריך לדבר בבירור כדי שישמעו וידעו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נמנעים מתקלות טכניות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זה נראה חוסר עניין וכבוד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יציבה זקופה נראית בטוחה ורצינית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רקע מסודר משאיר רושם טוב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בחירה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להניח אותן בצורה טבעית ורגועה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גב זקוף וכתפיים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לבדוק חיבור אינטרנט ותאורה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בקול ברור ובקצב נעים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להסתכל כל הזמן בטלפון הנייד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לשבת במקום שקט ומואר היטב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עושים או לא עושים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(עושים)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(לא עושים)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(עושים)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(לא עושים)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(עושים)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סדרו את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לבדוק את ציוד המחשב והחיבור לאינטרנט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להתלבש בצורה מסודרת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להגיע או להתחבר כמה דקות לפני הראיון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לשבת בישיבה זקופה וליצור קשר עין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לענות בקול ברור ובביטחון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תשובות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שפת גוף טובה כוללת ישיבה זקופה, קשר עין וחיוך. שפת גוף לא טובה כוללת כפיפות, הימנעות ממבט והתעסקות בטלפון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לבדוק את המצלמה והתאורה מראש, ולשבת במקום שקט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שלוש עצות רלוונטיות הקשורות לשפת גוף וקול, כמו קשר עין, ישיבה זקופה ודיבור ברור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ביטחון עצמי משפיע על הרושם הראשוני ועל האופן שבו המראיין תופס את המועמד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לדוגמה אחת מהעושים שנלמדו, כמו קשר עין או ישיבה זקופה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לדוגמה אחת מהלא-עושים שנלמדו, כמו מלמול או הסתכלות בטלפון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שבדיקה מראש מונעת תקלות ומשפרת רושם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לשחק משחק תפקידים קצר בכיתה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 בין ראיון רגיל לראיון מקוון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לדלג על הפריטים המסומנים לתלמידים המתקשים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עושים / לא עושים בראיון עבודה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הדף עוסק בדברים שכדאי ולא כדאי לעשות בראיון עבודה, הן בראיון רגיל והן בראיון מקוון, כולל שפת גוף, קול והתנהגות כללית.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עושים או לא עושים?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ליצור קשר עין עם המראיין או המראיינת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מומלץ למלמל בשקט כשעונים על שאלות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בראיון מקוון כדאי לבדוק מראש את המצלמה והמיקרופון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להסתכל כל הזמן בטלפון במהלך הראיון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ישיבה זקופה משדרת ביטחון עצמי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להגיע לראיון מקוון בלי להתכונן לרקע מסביב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בחירה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עדיף לעשות עם הידיים בזמן הראיון?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להניח אותן בצורה טבעית ורגועה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להסתיר אותן מתחת לשולחן כל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לשחק בעט כל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להצליב אותן בכעס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יציבת גוף משדרת ביטחון?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גב כפוף וראש מורכן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גב זקוף וכתפיים פתוחות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שכיבה על הכיסא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תנועה מתמדת ברגליים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כדאי לעשות לפני ראיון מקוון?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לבדוק חיבור אינטרנט ותאורה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לכבות את המצלמה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להתחיל בלי לבדוק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לשבת בחושך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כדאי לדבר בראיון?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בקול ברור ובקצב נעים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בלחישה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במהירות רבה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בלי להסתכל על המראיין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נחשב ל"לא עושים" בראיון?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להקשיב בתשומת 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לענות בבהירות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להסתכל כל הזמן בטלפון הנייד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לחייך בנימוס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חשוב לעשות כשמראיינים אותנו מרחוק?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לשבת במקום שקט ומואר היטב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לשבת ברקע רועש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להשאיר את המיקרופון מושתק כל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להסתכל במצלמה בכלל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עושים או לא עושים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קשר עין עם המראיין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לא עושים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מלמול בשקט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עושים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בדיקת מצלמה ומיקרופון מראש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עושים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הסתכלות מתמדת בטלפון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לא עושים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ישיבה זקופה ורגועה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עושים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סדרו את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להגיע או להתחבר כמה דקות לפני הראיון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את ציוד המחשב והחיבור לאינטרנט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לענות בקול ברור ובביטחון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להתלבש בצורה מסודרת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לשבת בישיבה זקופה וליצור קשר עין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תשובות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בשתי משפטים מה ההבדל בין שפת גוף טובה לשפת גוף לא טובה בראיון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שתי עצות שהייתם נותנים לחבר לפני ראיון מקוון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שאתם מראיינים מישהו לעבודה. כתבו שלוש עצות שהייתם נותנים לו לגבי שפת גוף וקול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חשוב להיראות בטוחים בעצמנו בראיון עבודה? הסבירו בכמה משפטים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אחת מההתנהגויות שכדאי לעשות בראיון?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אחת מההתנהגויות שכדאי להימנע מהן בראיון?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לבדוק את המצלמה והמיקרופון לפני ראיון מקוון?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עושים / לא עושים בראיון עבודה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